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0F7C4B5" w14:textId="77777777" w:rsidR="00AE1B72" w:rsidRPr="008D4BB0" w:rsidRDefault="00000000" w:rsidP="00592B6B">
      <w:pPr>
        <w:spacing w:line="293" w:lineRule="auto"/>
        <w:jc w:val="center"/>
        <w:rPr>
          <w:color w:val="000000" w:themeColor="text1"/>
          <w:sz w:val="40"/>
          <w:szCs w:val="40"/>
        </w:rPr>
      </w:pPr>
      <w:r w:rsidRPr="008D4BB0">
        <w:rPr>
          <w:b/>
          <w:color w:val="000000" w:themeColor="text1"/>
          <w:sz w:val="40"/>
          <w:szCs w:val="40"/>
        </w:rPr>
        <w:t>Benjamin Berol</w:t>
      </w:r>
    </w:p>
    <w:p w14:paraId="2C422341" w14:textId="120245C5" w:rsidR="00AE1B72" w:rsidRPr="00E47B0A" w:rsidRDefault="00000000" w:rsidP="00592B6B">
      <w:pPr>
        <w:spacing w:line="293" w:lineRule="auto"/>
        <w:jc w:val="center"/>
        <w:rPr>
          <w:color w:val="000000" w:themeColor="text1"/>
          <w:sz w:val="22"/>
          <w:szCs w:val="32"/>
        </w:rPr>
      </w:pPr>
      <w:r w:rsidRPr="00E47B0A">
        <w:rPr>
          <w:color w:val="000000" w:themeColor="text1"/>
          <w:sz w:val="21"/>
          <w:szCs w:val="32"/>
        </w:rPr>
        <w:t>bberol3@gatech.edu | 571-999-3309</w:t>
      </w:r>
    </w:p>
    <w:p w14:paraId="004F43BE" w14:textId="77777777" w:rsidR="00AE1B72" w:rsidRPr="00E47B0A" w:rsidRDefault="00000000" w:rsidP="00592B6B">
      <w:pPr>
        <w:spacing w:after="40" w:line="293" w:lineRule="auto"/>
        <w:jc w:val="center"/>
        <w:rPr>
          <w:color w:val="000000" w:themeColor="text1"/>
          <w:sz w:val="22"/>
          <w:szCs w:val="32"/>
        </w:rPr>
      </w:pPr>
      <w:r w:rsidRPr="00E47B0A">
        <w:rPr>
          <w:color w:val="000000" w:themeColor="text1"/>
          <w:sz w:val="21"/>
          <w:szCs w:val="32"/>
        </w:rPr>
        <w:t>github.com/</w:t>
      </w:r>
      <w:proofErr w:type="spellStart"/>
      <w:r w:rsidRPr="00E47B0A">
        <w:rPr>
          <w:color w:val="000000" w:themeColor="text1"/>
          <w:sz w:val="21"/>
          <w:szCs w:val="32"/>
        </w:rPr>
        <w:t>BenBerol</w:t>
      </w:r>
      <w:proofErr w:type="spellEnd"/>
      <w:r w:rsidRPr="00E47B0A">
        <w:rPr>
          <w:color w:val="000000" w:themeColor="text1"/>
          <w:sz w:val="21"/>
          <w:szCs w:val="32"/>
        </w:rPr>
        <w:t xml:space="preserve"> | linkedin.com/in/benjamin-berol-3a0741380/</w:t>
      </w:r>
    </w:p>
    <w:p w14:paraId="7BE67C4D" w14:textId="77777777" w:rsidR="00AE1B72" w:rsidRPr="00E47B0A" w:rsidRDefault="00000000" w:rsidP="00592B6B">
      <w:pPr>
        <w:pBdr>
          <w:bottom w:val="single" w:sz="6" w:space="1" w:color="9EADBC"/>
        </w:pBdr>
        <w:spacing w:before="80" w:after="30" w:line="293" w:lineRule="auto"/>
        <w:rPr>
          <w:color w:val="000000" w:themeColor="text1"/>
          <w:sz w:val="22"/>
          <w:szCs w:val="32"/>
        </w:rPr>
      </w:pPr>
      <w:r w:rsidRPr="00E47B0A">
        <w:rPr>
          <w:b/>
          <w:color w:val="000000" w:themeColor="text1"/>
          <w:sz w:val="22"/>
          <w:szCs w:val="32"/>
        </w:rPr>
        <w:t>EDUCATION</w:t>
      </w:r>
    </w:p>
    <w:p w14:paraId="543BA396" w14:textId="238B8791" w:rsidR="00AE1B72" w:rsidRPr="00E47B0A" w:rsidRDefault="00000000" w:rsidP="00592B6B">
      <w:pPr>
        <w:tabs>
          <w:tab w:val="right" w:pos="10728"/>
        </w:tabs>
        <w:spacing w:before="30" w:line="293" w:lineRule="auto"/>
        <w:rPr>
          <w:color w:val="000000" w:themeColor="text1"/>
          <w:sz w:val="22"/>
          <w:szCs w:val="32"/>
        </w:rPr>
      </w:pPr>
      <w:r w:rsidRPr="00E47B0A">
        <w:rPr>
          <w:b/>
          <w:color w:val="000000" w:themeColor="text1"/>
          <w:sz w:val="22"/>
          <w:szCs w:val="32"/>
        </w:rPr>
        <w:t>Georgia Institute of Technology</w:t>
      </w:r>
      <w:r w:rsidRPr="00E47B0A">
        <w:rPr>
          <w:color w:val="000000" w:themeColor="text1"/>
          <w:sz w:val="22"/>
          <w:szCs w:val="32"/>
        </w:rPr>
        <w:t>, Atlanta, GA</w:t>
      </w:r>
      <w:r w:rsidRPr="00E47B0A">
        <w:rPr>
          <w:i/>
          <w:color w:val="000000" w:themeColor="text1"/>
          <w:sz w:val="22"/>
          <w:szCs w:val="32"/>
        </w:rPr>
        <w:t xml:space="preserve"> | B.S. in Computer Science; Minor in Physics</w:t>
      </w:r>
      <w:r w:rsidRPr="00E47B0A">
        <w:rPr>
          <w:color w:val="000000" w:themeColor="text1"/>
          <w:sz w:val="22"/>
          <w:szCs w:val="32"/>
        </w:rPr>
        <w:tab/>
        <w:t>Expected May 202</w:t>
      </w:r>
      <w:r w:rsidR="006E64E6">
        <w:rPr>
          <w:color w:val="000000" w:themeColor="text1"/>
          <w:sz w:val="22"/>
          <w:szCs w:val="32"/>
        </w:rPr>
        <w:t>8</w:t>
      </w:r>
    </w:p>
    <w:p w14:paraId="0EFFA542" w14:textId="77777777" w:rsidR="00AE1B72" w:rsidRPr="00E47B0A" w:rsidRDefault="00000000" w:rsidP="00592B6B">
      <w:pPr>
        <w:spacing w:line="293" w:lineRule="auto"/>
        <w:rPr>
          <w:color w:val="000000" w:themeColor="text1"/>
          <w:sz w:val="22"/>
          <w:szCs w:val="32"/>
        </w:rPr>
      </w:pPr>
      <w:r w:rsidRPr="00E47B0A">
        <w:rPr>
          <w:b/>
          <w:color w:val="000000" w:themeColor="text1"/>
          <w:sz w:val="22"/>
          <w:szCs w:val="32"/>
        </w:rPr>
        <w:t xml:space="preserve">GPA: </w:t>
      </w:r>
      <w:r w:rsidRPr="00E47B0A">
        <w:rPr>
          <w:color w:val="000000" w:themeColor="text1"/>
          <w:sz w:val="22"/>
          <w:szCs w:val="32"/>
        </w:rPr>
        <w:t>4.0 | Threads: Intelligence &amp; Models/Simulation</w:t>
      </w:r>
    </w:p>
    <w:p w14:paraId="0073A0CF" w14:textId="6988B746" w:rsidR="00AE1B72" w:rsidRPr="00E47B0A" w:rsidRDefault="00000000" w:rsidP="00592B6B">
      <w:pPr>
        <w:spacing w:line="293" w:lineRule="auto"/>
        <w:rPr>
          <w:color w:val="000000" w:themeColor="text1"/>
          <w:sz w:val="22"/>
          <w:szCs w:val="32"/>
        </w:rPr>
      </w:pPr>
      <w:r w:rsidRPr="00E47B0A">
        <w:rPr>
          <w:b/>
          <w:color w:val="000000" w:themeColor="text1"/>
          <w:sz w:val="22"/>
          <w:szCs w:val="32"/>
        </w:rPr>
        <w:t>Relevant Coursework:</w:t>
      </w:r>
      <w:r w:rsidR="002F1168" w:rsidRPr="00E47B0A">
        <w:rPr>
          <w:b/>
          <w:color w:val="000000" w:themeColor="text1"/>
          <w:sz w:val="22"/>
          <w:szCs w:val="32"/>
        </w:rPr>
        <w:t xml:space="preserve"> </w:t>
      </w:r>
      <w:r w:rsidR="002F1168" w:rsidRPr="00E47B0A">
        <w:rPr>
          <w:color w:val="000000" w:themeColor="text1"/>
          <w:sz w:val="22"/>
          <w:szCs w:val="32"/>
        </w:rPr>
        <w:t>Data Structures &amp; Algorithms;</w:t>
      </w:r>
      <w:r w:rsidRPr="00E47B0A">
        <w:rPr>
          <w:b/>
          <w:color w:val="000000" w:themeColor="text1"/>
          <w:sz w:val="22"/>
          <w:szCs w:val="32"/>
        </w:rPr>
        <w:t xml:space="preserve"> </w:t>
      </w:r>
      <w:r w:rsidRPr="00E47B0A">
        <w:rPr>
          <w:color w:val="000000" w:themeColor="text1"/>
          <w:sz w:val="22"/>
          <w:szCs w:val="32"/>
        </w:rPr>
        <w:t xml:space="preserve">Linear Algebra; Differential Equations; </w:t>
      </w:r>
      <w:r w:rsidR="003C3E02">
        <w:rPr>
          <w:color w:val="000000" w:themeColor="text1"/>
          <w:sz w:val="22"/>
          <w:szCs w:val="32"/>
        </w:rPr>
        <w:t>Modern Physics (IP)</w:t>
      </w:r>
    </w:p>
    <w:p w14:paraId="6EECD1C7" w14:textId="77777777" w:rsidR="00AE1B72" w:rsidRPr="00E47B0A" w:rsidRDefault="00000000" w:rsidP="00592B6B">
      <w:pPr>
        <w:pBdr>
          <w:bottom w:val="single" w:sz="6" w:space="1" w:color="9EADBC"/>
        </w:pBdr>
        <w:spacing w:before="80" w:after="30" w:line="293" w:lineRule="auto"/>
        <w:rPr>
          <w:color w:val="000000" w:themeColor="text1"/>
          <w:sz w:val="22"/>
          <w:szCs w:val="32"/>
        </w:rPr>
      </w:pPr>
      <w:r w:rsidRPr="00E47B0A">
        <w:rPr>
          <w:b/>
          <w:color w:val="000000" w:themeColor="text1"/>
          <w:sz w:val="22"/>
          <w:szCs w:val="32"/>
        </w:rPr>
        <w:t>TECHNICAL SKILLS</w:t>
      </w:r>
    </w:p>
    <w:p w14:paraId="0E38C26C" w14:textId="77777777" w:rsidR="00AE1B72" w:rsidRPr="00E47B0A" w:rsidRDefault="00000000" w:rsidP="00592B6B">
      <w:pPr>
        <w:spacing w:line="293" w:lineRule="auto"/>
        <w:rPr>
          <w:color w:val="000000" w:themeColor="text1"/>
          <w:sz w:val="22"/>
          <w:szCs w:val="32"/>
        </w:rPr>
      </w:pPr>
      <w:r>
        <w:rPr>
          <w:b/>
          <w:color w:val="000000" w:themeColor="text1"/>
          <w:sz w:val="22"/>
          <w:szCs w:val="32"/>
        </w:rPr>
        <w:t xml:space="preserve">Languages: </w:t>
      </w:r>
      <w:r>
        <w:rPr>
          <w:color w:val="000000" w:themeColor="text1"/>
          <w:sz w:val="22"/>
          <w:szCs w:val="32"/>
        </w:rPr>
        <w:t>Python, C++, C, Java, JavaScript, HTML/CSS</w:t>
      </w:r>
    </w:p>
    <w:p w14:paraId="3287634E" w14:textId="05337139" w:rsidR="00AE1B72" w:rsidRPr="00E47B0A" w:rsidRDefault="00000000" w:rsidP="00592B6B">
      <w:pPr>
        <w:spacing w:line="293" w:lineRule="auto"/>
        <w:rPr>
          <w:color w:val="000000" w:themeColor="text1"/>
          <w:sz w:val="22"/>
          <w:szCs w:val="32"/>
        </w:rPr>
      </w:pPr>
      <w:r>
        <w:rPr>
          <w:b/>
          <w:color w:val="000000" w:themeColor="text1"/>
          <w:sz w:val="22"/>
          <w:szCs w:val="32"/>
        </w:rPr>
        <w:t xml:space="preserve">Libraries/Tools: </w:t>
      </w:r>
      <w:r>
        <w:rPr>
          <w:bCs/>
          <w:color w:val="000000" w:themeColor="text1"/>
          <w:sz w:val="22"/>
          <w:szCs w:val="32"/>
        </w:rPr>
        <w:t>PyTorch, NumPy, SciPy, Pandas, Git/GitHub, Jupyter, SLURM, W&amp;B, Plotly</w:t>
      </w:r>
    </w:p>
    <w:p w14:paraId="0EF97869" w14:textId="77777777" w:rsidR="00AE1B72" w:rsidRPr="00E47B0A" w:rsidRDefault="00000000" w:rsidP="00592B6B">
      <w:pPr>
        <w:pBdr>
          <w:bottom w:val="single" w:sz="6" w:space="1" w:color="9EADBC"/>
        </w:pBdr>
        <w:spacing w:before="80" w:after="30" w:line="293" w:lineRule="auto"/>
        <w:rPr>
          <w:color w:val="000000" w:themeColor="text1"/>
          <w:sz w:val="22"/>
          <w:szCs w:val="32"/>
        </w:rPr>
      </w:pPr>
      <w:r w:rsidRPr="00E47B0A">
        <w:rPr>
          <w:b/>
          <w:color w:val="000000" w:themeColor="text1"/>
          <w:sz w:val="22"/>
          <w:szCs w:val="32"/>
        </w:rPr>
        <w:t>RESEARCH</w:t>
      </w:r>
    </w:p>
    <w:p w14:paraId="138D1C27" w14:textId="41A2B8DE" w:rsidR="00AE1B72" w:rsidRPr="00E47B0A" w:rsidRDefault="00000000" w:rsidP="00592B6B">
      <w:pPr>
        <w:tabs>
          <w:tab w:val="right" w:pos="10728"/>
        </w:tabs>
        <w:spacing w:before="30" w:line="293" w:lineRule="auto"/>
        <w:rPr>
          <w:color w:val="000000" w:themeColor="text1"/>
          <w:sz w:val="22"/>
          <w:szCs w:val="32"/>
        </w:rPr>
      </w:pPr>
      <w:r w:rsidRPr="00E47B0A">
        <w:rPr>
          <w:b/>
          <w:color w:val="000000" w:themeColor="text1"/>
          <w:sz w:val="22"/>
          <w:szCs w:val="32"/>
        </w:rPr>
        <w:t>Argonne National Laboratory / U</w:t>
      </w:r>
      <w:r w:rsidR="00845FEA">
        <w:rPr>
          <w:b/>
          <w:color w:val="000000" w:themeColor="text1"/>
          <w:sz w:val="22"/>
          <w:szCs w:val="32"/>
        </w:rPr>
        <w:t>IUC</w:t>
      </w:r>
      <w:r w:rsidRPr="00E47B0A">
        <w:rPr>
          <w:i/>
          <w:color w:val="000000" w:themeColor="text1"/>
          <w:sz w:val="22"/>
          <w:szCs w:val="32"/>
        </w:rPr>
        <w:t xml:space="preserve"> |</w:t>
      </w:r>
      <w:r w:rsidR="0034720D">
        <w:rPr>
          <w:i/>
          <w:color w:val="000000" w:themeColor="text1"/>
          <w:sz w:val="22"/>
          <w:szCs w:val="32"/>
        </w:rPr>
        <w:t xml:space="preserve"> </w:t>
      </w:r>
      <w:r w:rsidR="0009606C">
        <w:rPr>
          <w:i/>
          <w:color w:val="000000" w:themeColor="text1"/>
          <w:sz w:val="22"/>
          <w:szCs w:val="32"/>
        </w:rPr>
        <w:t>NSF REU Research</w:t>
      </w:r>
      <w:r w:rsidR="00592B6B" w:rsidRPr="00E47B0A">
        <w:rPr>
          <w:i/>
          <w:color w:val="000000" w:themeColor="text1"/>
          <w:sz w:val="22"/>
          <w:szCs w:val="32"/>
        </w:rPr>
        <w:t xml:space="preserve"> Intern</w:t>
      </w:r>
      <w:r w:rsidRPr="00E47B0A">
        <w:rPr>
          <w:color w:val="000000" w:themeColor="text1"/>
          <w:sz w:val="22"/>
          <w:szCs w:val="32"/>
        </w:rPr>
        <w:tab/>
      </w:r>
      <w:r w:rsidR="001B28FF">
        <w:rPr>
          <w:color w:val="000000" w:themeColor="text1"/>
          <w:sz w:val="22"/>
          <w:szCs w:val="32"/>
        </w:rPr>
        <w:t>May</w:t>
      </w:r>
      <w:r w:rsidRPr="00E47B0A">
        <w:rPr>
          <w:color w:val="000000" w:themeColor="text1"/>
          <w:sz w:val="22"/>
          <w:szCs w:val="32"/>
        </w:rPr>
        <w:t xml:space="preserve"> 2026</w:t>
      </w:r>
      <w:r w:rsidR="001B28FF">
        <w:rPr>
          <w:color w:val="000000" w:themeColor="text1"/>
          <w:sz w:val="22"/>
          <w:szCs w:val="32"/>
        </w:rPr>
        <w:t xml:space="preserve"> – </w:t>
      </w:r>
      <w:r w:rsidR="00845FEA">
        <w:rPr>
          <w:color w:val="000000" w:themeColor="text1"/>
          <w:sz w:val="22"/>
          <w:szCs w:val="32"/>
        </w:rPr>
        <w:t>present</w:t>
      </w:r>
    </w:p>
    <w:p w14:paraId="791F908C" w14:textId="0FD8D034" w:rsidR="00F31798" w:rsidRPr="00F31798" w:rsidRDefault="00F31798" w:rsidP="00592B6B">
      <w:pPr>
        <w:pStyle w:val="ListBullet"/>
        <w:spacing w:line="293" w:lineRule="auto"/>
        <w:ind w:left="317" w:hanging="202"/>
        <w:rPr>
          <w:color w:val="000000" w:themeColor="text1"/>
          <w:sz w:val="22"/>
          <w:szCs w:val="32"/>
        </w:rPr>
      </w:pPr>
      <w:r>
        <w:rPr>
          <w:color w:val="000000" w:themeColor="text1"/>
          <w:sz w:val="21"/>
          <w:szCs w:val="32"/>
        </w:rPr>
        <w:t>Fine-tuned an AI molecular generation model using reinforcement learning for metal-organic framework discovery to improve carbon capture and energy storage</w:t>
      </w:r>
    </w:p>
    <w:p w14:paraId="202E41C2" w14:textId="518BBEB2" w:rsidR="00AE1B72" w:rsidRPr="00E47B0A" w:rsidRDefault="00000000" w:rsidP="00592B6B">
      <w:pPr>
        <w:pStyle w:val="ListBullet"/>
        <w:spacing w:line="293" w:lineRule="auto"/>
        <w:ind w:left="317" w:hanging="202"/>
        <w:rPr>
          <w:color w:val="000000" w:themeColor="text1"/>
          <w:sz w:val="22"/>
          <w:szCs w:val="32"/>
        </w:rPr>
      </w:pPr>
      <w:r>
        <w:rPr>
          <w:color w:val="000000" w:themeColor="text1"/>
          <w:sz w:val="21"/>
          <w:szCs w:val="32"/>
        </w:rPr>
        <w:t>Redesigned a regression-based reward framework for adaptive evaluation of generated molecular candidates, increasing successful MOF assembly rate from 14% to 65%</w:t>
      </w:r>
    </w:p>
    <w:p w14:paraId="299D7144" w14:textId="03FA5242" w:rsidR="00AE1B72" w:rsidRPr="00E47B0A" w:rsidRDefault="00000000" w:rsidP="00592B6B">
      <w:pPr>
        <w:pStyle w:val="ListBullet"/>
        <w:spacing w:line="293" w:lineRule="auto"/>
        <w:ind w:left="317" w:hanging="202"/>
        <w:rPr>
          <w:color w:val="000000" w:themeColor="text1"/>
          <w:sz w:val="22"/>
          <w:szCs w:val="32"/>
        </w:rPr>
      </w:pPr>
      <w:r>
        <w:rPr>
          <w:color w:val="000000" w:themeColor="text1"/>
          <w:sz w:val="21"/>
          <w:szCs w:val="32"/>
        </w:rPr>
        <w:t>Reduced molecular assembly runtime by 90% by parallelizing simulated assembly and evaluation workloads across 72 CPU cores</w:t>
      </w:r>
    </w:p>
    <w:p w14:paraId="130A6392" w14:textId="3C439589" w:rsidR="00AE1B72" w:rsidRPr="00E47B0A" w:rsidRDefault="00000000" w:rsidP="00592B6B">
      <w:pPr>
        <w:tabs>
          <w:tab w:val="right" w:pos="10728"/>
        </w:tabs>
        <w:spacing w:before="30" w:line="293" w:lineRule="auto"/>
        <w:rPr>
          <w:color w:val="000000" w:themeColor="text1"/>
          <w:sz w:val="22"/>
          <w:szCs w:val="32"/>
        </w:rPr>
      </w:pPr>
      <w:r w:rsidRPr="00E47B0A">
        <w:rPr>
          <w:b/>
          <w:color w:val="000000" w:themeColor="text1"/>
          <w:sz w:val="22"/>
          <w:szCs w:val="32"/>
        </w:rPr>
        <w:t>Scientific Computing Benchmark</w:t>
      </w:r>
      <w:r w:rsidRPr="00E47B0A">
        <w:rPr>
          <w:i/>
          <w:color w:val="000000" w:themeColor="text1"/>
          <w:sz w:val="22"/>
          <w:szCs w:val="32"/>
        </w:rPr>
        <w:t xml:space="preserve"> | </w:t>
      </w:r>
      <w:r w:rsidR="00D81ED2" w:rsidRPr="00E47B0A">
        <w:rPr>
          <w:i/>
          <w:color w:val="000000" w:themeColor="text1"/>
          <w:sz w:val="22"/>
          <w:szCs w:val="32"/>
        </w:rPr>
        <w:t>PURA Scholar &amp; Undergraduate Researcher</w:t>
      </w:r>
      <w:r w:rsidRPr="00E47B0A">
        <w:rPr>
          <w:color w:val="000000" w:themeColor="text1"/>
          <w:sz w:val="22"/>
          <w:szCs w:val="32"/>
        </w:rPr>
        <w:tab/>
      </w:r>
      <w:r w:rsidR="001B28FF">
        <w:rPr>
          <w:color w:val="000000" w:themeColor="text1"/>
          <w:sz w:val="22"/>
          <w:szCs w:val="32"/>
        </w:rPr>
        <w:t xml:space="preserve"> Aug </w:t>
      </w:r>
      <w:r w:rsidRPr="00E47B0A">
        <w:rPr>
          <w:color w:val="000000" w:themeColor="text1"/>
          <w:sz w:val="22"/>
          <w:szCs w:val="32"/>
        </w:rPr>
        <w:t>2025</w:t>
      </w:r>
      <w:r w:rsidR="001B28FF">
        <w:rPr>
          <w:color w:val="000000" w:themeColor="text1"/>
          <w:sz w:val="22"/>
          <w:szCs w:val="32"/>
        </w:rPr>
        <w:t xml:space="preserve"> – </w:t>
      </w:r>
      <w:r w:rsidRPr="00E47B0A">
        <w:rPr>
          <w:color w:val="000000" w:themeColor="text1"/>
          <w:sz w:val="22"/>
          <w:szCs w:val="32"/>
        </w:rPr>
        <w:t>present</w:t>
      </w:r>
    </w:p>
    <w:p w14:paraId="5C3E68D0" w14:textId="6376192F" w:rsidR="0094343F" w:rsidRPr="0094343F" w:rsidRDefault="0094343F" w:rsidP="00592B6B">
      <w:pPr>
        <w:pStyle w:val="ListBullet"/>
        <w:spacing w:line="293" w:lineRule="auto"/>
        <w:ind w:left="317" w:hanging="202"/>
        <w:rPr>
          <w:color w:val="000000" w:themeColor="text1"/>
          <w:sz w:val="22"/>
          <w:szCs w:val="32"/>
        </w:rPr>
      </w:pPr>
      <w:r>
        <w:rPr>
          <w:color w:val="000000" w:themeColor="text1"/>
          <w:sz w:val="21"/>
          <w:szCs w:val="32"/>
        </w:rPr>
        <w:t>I</w:t>
      </w:r>
      <w:r w:rsidRPr="0094343F">
        <w:rPr>
          <w:color w:val="000000" w:themeColor="text1"/>
          <w:sz w:val="21"/>
          <w:szCs w:val="32"/>
        </w:rPr>
        <w:t xml:space="preserve">mplemented and benchmarked sparse scientific computing algorithms, including Jacobi, </w:t>
      </w:r>
      <w:r>
        <w:rPr>
          <w:color w:val="000000" w:themeColor="text1"/>
          <w:sz w:val="21"/>
          <w:szCs w:val="32"/>
        </w:rPr>
        <w:t>Conjugate Gradient</w:t>
      </w:r>
      <w:r w:rsidRPr="0094343F">
        <w:rPr>
          <w:color w:val="000000" w:themeColor="text1"/>
          <w:sz w:val="21"/>
          <w:szCs w:val="32"/>
        </w:rPr>
        <w:t>, and LSQR</w:t>
      </w:r>
      <w:r>
        <w:rPr>
          <w:color w:val="000000" w:themeColor="text1"/>
          <w:sz w:val="21"/>
          <w:szCs w:val="32"/>
        </w:rPr>
        <w:t xml:space="preserve"> on datasets ranging from MBs to TBs in size</w:t>
      </w:r>
    </w:p>
    <w:p w14:paraId="23FD8524" w14:textId="2CB9C96A" w:rsidR="0094343F" w:rsidRPr="0094343F" w:rsidRDefault="0094343F" w:rsidP="00592B6B">
      <w:pPr>
        <w:pStyle w:val="ListBullet"/>
        <w:spacing w:line="293" w:lineRule="auto"/>
        <w:ind w:left="317" w:hanging="202"/>
        <w:rPr>
          <w:color w:val="000000" w:themeColor="text1"/>
          <w:sz w:val="22"/>
          <w:szCs w:val="32"/>
        </w:rPr>
      </w:pPr>
      <w:r w:rsidRPr="0094343F">
        <w:rPr>
          <w:color w:val="000000" w:themeColor="text1"/>
          <w:sz w:val="21"/>
          <w:szCs w:val="32"/>
        </w:rPr>
        <w:t>Developed Array-API</w:t>
      </w:r>
      <w:r>
        <w:rPr>
          <w:color w:val="000000" w:themeColor="text1"/>
          <w:sz w:val="21"/>
          <w:szCs w:val="32"/>
        </w:rPr>
        <w:t xml:space="preserve"> </w:t>
      </w:r>
      <w:r w:rsidRPr="0094343F">
        <w:rPr>
          <w:color w:val="000000" w:themeColor="text1"/>
          <w:sz w:val="21"/>
          <w:szCs w:val="32"/>
        </w:rPr>
        <w:t xml:space="preserve">compliant benchmarking infrastructure across SciPy and </w:t>
      </w:r>
      <w:proofErr w:type="spellStart"/>
      <w:r w:rsidRPr="0094343F">
        <w:rPr>
          <w:color w:val="000000" w:themeColor="text1"/>
          <w:sz w:val="21"/>
          <w:szCs w:val="32"/>
        </w:rPr>
        <w:t>PyTorch</w:t>
      </w:r>
      <w:proofErr w:type="spellEnd"/>
      <w:r>
        <w:rPr>
          <w:color w:val="000000" w:themeColor="text1"/>
          <w:sz w:val="21"/>
          <w:szCs w:val="32"/>
        </w:rPr>
        <w:t xml:space="preserve"> for uniform analysis</w:t>
      </w:r>
    </w:p>
    <w:p w14:paraId="76271D5A" w14:textId="77777777" w:rsidR="00136A38" w:rsidRPr="001B196D" w:rsidRDefault="00136A38" w:rsidP="00136A38">
      <w:pPr>
        <w:pStyle w:val="ListBullet"/>
        <w:tabs>
          <w:tab w:val="right" w:pos="10728"/>
        </w:tabs>
        <w:spacing w:before="30" w:line="293" w:lineRule="auto"/>
        <w:ind w:left="317" w:hanging="202"/>
        <w:rPr>
          <w:color w:val="000000" w:themeColor="text1"/>
          <w:sz w:val="22"/>
          <w:szCs w:val="32"/>
        </w:rPr>
      </w:pPr>
      <w:r w:rsidRPr="001B196D">
        <w:rPr>
          <w:color w:val="000000" w:themeColor="text1"/>
          <w:sz w:val="21"/>
          <w:szCs w:val="32"/>
        </w:rPr>
        <w:t xml:space="preserve">Developed automated data pipelines and visualizations for a public leaderboard comparing runtime and coverage across 3,773 benchmark problems in NumPy, </w:t>
      </w:r>
      <w:proofErr w:type="spellStart"/>
      <w:r w:rsidRPr="001B196D">
        <w:rPr>
          <w:color w:val="000000" w:themeColor="text1"/>
          <w:sz w:val="21"/>
          <w:szCs w:val="32"/>
        </w:rPr>
        <w:t>PyTorch</w:t>
      </w:r>
      <w:proofErr w:type="spellEnd"/>
      <w:r w:rsidRPr="001B196D">
        <w:rPr>
          <w:color w:val="000000" w:themeColor="text1"/>
          <w:sz w:val="21"/>
          <w:szCs w:val="32"/>
        </w:rPr>
        <w:t xml:space="preserve">, SciPy, and </w:t>
      </w:r>
      <w:proofErr w:type="spellStart"/>
      <w:r>
        <w:rPr>
          <w:color w:val="000000" w:themeColor="text1"/>
          <w:sz w:val="21"/>
          <w:szCs w:val="32"/>
        </w:rPr>
        <w:t>PyData</w:t>
      </w:r>
      <w:proofErr w:type="spellEnd"/>
      <w:r>
        <w:rPr>
          <w:color w:val="000000" w:themeColor="text1"/>
          <w:sz w:val="21"/>
          <w:szCs w:val="32"/>
        </w:rPr>
        <w:t xml:space="preserve"> Sparse</w:t>
      </w:r>
    </w:p>
    <w:p w14:paraId="3F4DE517" w14:textId="17DB6D64" w:rsidR="00AE1B72" w:rsidRPr="00E47B0A" w:rsidRDefault="001B7E61" w:rsidP="00592B6B">
      <w:pPr>
        <w:pBdr>
          <w:bottom w:val="single" w:sz="6" w:space="1" w:color="9EADBC"/>
        </w:pBdr>
        <w:spacing w:before="80" w:after="30" w:line="293" w:lineRule="auto"/>
        <w:rPr>
          <w:color w:val="000000" w:themeColor="text1"/>
          <w:sz w:val="22"/>
          <w:szCs w:val="32"/>
        </w:rPr>
      </w:pPr>
      <w:r>
        <w:rPr>
          <w:b/>
          <w:color w:val="000000" w:themeColor="text1"/>
          <w:sz w:val="22"/>
          <w:szCs w:val="32"/>
        </w:rPr>
        <w:t xml:space="preserve">TECHNICAL </w:t>
      </w:r>
      <w:r w:rsidRPr="00E47B0A">
        <w:rPr>
          <w:b/>
          <w:color w:val="000000" w:themeColor="text1"/>
          <w:sz w:val="22"/>
          <w:szCs w:val="32"/>
        </w:rPr>
        <w:t>EXPERIENCE</w:t>
      </w:r>
    </w:p>
    <w:p w14:paraId="2A5A6837" w14:textId="09BE7C7D" w:rsidR="00AE1B72" w:rsidRPr="00E47B0A" w:rsidRDefault="00000000" w:rsidP="00592B6B">
      <w:pPr>
        <w:tabs>
          <w:tab w:val="right" w:pos="10728"/>
        </w:tabs>
        <w:spacing w:before="30" w:line="293" w:lineRule="auto"/>
        <w:rPr>
          <w:color w:val="000000" w:themeColor="text1"/>
          <w:sz w:val="22"/>
          <w:szCs w:val="32"/>
        </w:rPr>
      </w:pPr>
      <w:r w:rsidRPr="00E47B0A">
        <w:rPr>
          <w:b/>
          <w:color w:val="000000" w:themeColor="text1"/>
          <w:sz w:val="22"/>
          <w:szCs w:val="32"/>
        </w:rPr>
        <w:t xml:space="preserve">Georgia Tech </w:t>
      </w:r>
      <w:proofErr w:type="spellStart"/>
      <w:r w:rsidRPr="00E47B0A">
        <w:rPr>
          <w:b/>
          <w:color w:val="000000" w:themeColor="text1"/>
          <w:sz w:val="22"/>
          <w:szCs w:val="32"/>
        </w:rPr>
        <w:t>RoboJackets</w:t>
      </w:r>
      <w:proofErr w:type="spellEnd"/>
      <w:r w:rsidRPr="00E47B0A">
        <w:rPr>
          <w:b/>
          <w:color w:val="000000" w:themeColor="text1"/>
          <w:sz w:val="22"/>
          <w:szCs w:val="32"/>
        </w:rPr>
        <w:t xml:space="preserve"> </w:t>
      </w:r>
      <w:r w:rsidR="00246FC9" w:rsidRPr="00E47B0A">
        <w:rPr>
          <w:i/>
          <w:color w:val="000000" w:themeColor="text1"/>
          <w:sz w:val="22"/>
          <w:szCs w:val="32"/>
        </w:rPr>
        <w:t xml:space="preserve">| Software Engineer &amp; </w:t>
      </w:r>
      <w:r w:rsidR="00246FC9">
        <w:rPr>
          <w:i/>
          <w:color w:val="000000" w:themeColor="text1"/>
          <w:sz w:val="22"/>
          <w:szCs w:val="32"/>
        </w:rPr>
        <w:t>Operator</w:t>
      </w:r>
      <w:r w:rsidRPr="00E47B0A">
        <w:rPr>
          <w:color w:val="000000" w:themeColor="text1"/>
          <w:sz w:val="22"/>
          <w:szCs w:val="32"/>
        </w:rPr>
        <w:tab/>
      </w:r>
      <w:r w:rsidR="001B28FF">
        <w:rPr>
          <w:color w:val="000000" w:themeColor="text1"/>
          <w:sz w:val="22"/>
          <w:szCs w:val="32"/>
        </w:rPr>
        <w:t xml:space="preserve">Aug </w:t>
      </w:r>
      <w:r w:rsidRPr="00E47B0A">
        <w:rPr>
          <w:color w:val="000000" w:themeColor="text1"/>
          <w:sz w:val="22"/>
          <w:szCs w:val="32"/>
        </w:rPr>
        <w:t>2025</w:t>
      </w:r>
      <w:r w:rsidR="001B28FF">
        <w:rPr>
          <w:color w:val="000000" w:themeColor="text1"/>
          <w:sz w:val="22"/>
          <w:szCs w:val="32"/>
        </w:rPr>
        <w:t xml:space="preserve"> – </w:t>
      </w:r>
      <w:r w:rsidRPr="00E47B0A">
        <w:rPr>
          <w:color w:val="000000" w:themeColor="text1"/>
          <w:sz w:val="22"/>
          <w:szCs w:val="32"/>
        </w:rPr>
        <w:t>present</w:t>
      </w:r>
    </w:p>
    <w:p w14:paraId="695CDD0C" w14:textId="6E8504C0" w:rsidR="00AE1B72" w:rsidRPr="00E47B0A" w:rsidRDefault="00000000" w:rsidP="00592B6B">
      <w:pPr>
        <w:pStyle w:val="ListBullet"/>
        <w:spacing w:line="293" w:lineRule="auto"/>
        <w:ind w:left="317" w:hanging="202"/>
        <w:rPr>
          <w:color w:val="000000" w:themeColor="text1"/>
          <w:sz w:val="22"/>
          <w:szCs w:val="32"/>
        </w:rPr>
      </w:pPr>
      <w:r w:rsidRPr="00E47B0A">
        <w:rPr>
          <w:color w:val="000000" w:themeColor="text1"/>
          <w:sz w:val="21"/>
          <w:szCs w:val="32"/>
        </w:rPr>
        <w:t>Lead programmer of 500g</w:t>
      </w:r>
      <w:r w:rsidR="00A46085">
        <w:rPr>
          <w:color w:val="000000" w:themeColor="text1"/>
          <w:sz w:val="21"/>
          <w:szCs w:val="32"/>
        </w:rPr>
        <w:t xml:space="preserve"> and 3kg</w:t>
      </w:r>
      <w:r w:rsidRPr="00E47B0A">
        <w:rPr>
          <w:color w:val="000000" w:themeColor="text1"/>
          <w:sz w:val="21"/>
          <w:szCs w:val="32"/>
        </w:rPr>
        <w:t xml:space="preserve"> autonomous robot</w:t>
      </w:r>
      <w:r w:rsidR="00211B99">
        <w:rPr>
          <w:color w:val="000000" w:themeColor="text1"/>
          <w:sz w:val="21"/>
          <w:szCs w:val="32"/>
        </w:rPr>
        <w:t>s</w:t>
      </w:r>
      <w:r w:rsidRPr="00E47B0A">
        <w:rPr>
          <w:color w:val="000000" w:themeColor="text1"/>
          <w:sz w:val="21"/>
          <w:szCs w:val="32"/>
        </w:rPr>
        <w:t xml:space="preserve"> for the #1-ranked </w:t>
      </w:r>
      <w:proofErr w:type="spellStart"/>
      <w:r w:rsidRPr="00E47B0A">
        <w:rPr>
          <w:color w:val="000000" w:themeColor="text1"/>
          <w:sz w:val="21"/>
          <w:szCs w:val="32"/>
        </w:rPr>
        <w:t>RoboWrestling</w:t>
      </w:r>
      <w:proofErr w:type="spellEnd"/>
      <w:r w:rsidRPr="00E47B0A">
        <w:rPr>
          <w:color w:val="000000" w:themeColor="text1"/>
          <w:sz w:val="21"/>
          <w:szCs w:val="32"/>
        </w:rPr>
        <w:t xml:space="preserve"> team in the U.S.</w:t>
      </w:r>
    </w:p>
    <w:p w14:paraId="2A98F1BF" w14:textId="0AE3759A" w:rsidR="00AE1B72" w:rsidRPr="0094343F" w:rsidRDefault="00000000" w:rsidP="00592B6B">
      <w:pPr>
        <w:pStyle w:val="ListBullet"/>
        <w:spacing w:line="293" w:lineRule="auto"/>
        <w:ind w:left="317" w:hanging="202"/>
        <w:rPr>
          <w:color w:val="000000" w:themeColor="text1"/>
          <w:sz w:val="22"/>
          <w:szCs w:val="32"/>
        </w:rPr>
      </w:pPr>
      <w:r>
        <w:rPr>
          <w:color w:val="000000" w:themeColor="text1"/>
          <w:sz w:val="21"/>
          <w:szCs w:val="32"/>
        </w:rPr>
        <w:t>Develop and test C++ software for RoboWrestling competition, focusing on systems integration and autonomous strategy</w:t>
      </w:r>
    </w:p>
    <w:p w14:paraId="34E830F3" w14:textId="199436C4" w:rsidR="0094343F" w:rsidRPr="00E47B0A" w:rsidRDefault="0094343F" w:rsidP="00592B6B">
      <w:pPr>
        <w:pStyle w:val="ListBullet"/>
        <w:spacing w:line="293" w:lineRule="auto"/>
        <w:ind w:left="317" w:hanging="202"/>
        <w:rPr>
          <w:color w:val="000000" w:themeColor="text1"/>
          <w:sz w:val="22"/>
          <w:szCs w:val="32"/>
        </w:rPr>
      </w:pPr>
      <w:r>
        <w:rPr>
          <w:color w:val="000000" w:themeColor="text1"/>
          <w:sz w:val="21"/>
          <w:szCs w:val="32"/>
        </w:rPr>
        <w:t>Implemented physics simulation software to evaluate robot geometries before construction and optimize design</w:t>
      </w:r>
    </w:p>
    <w:p w14:paraId="487F04CD" w14:textId="11DE7ADE" w:rsidR="00AE1B72" w:rsidRPr="00E47B0A" w:rsidRDefault="00483BEF" w:rsidP="00592B6B">
      <w:pPr>
        <w:tabs>
          <w:tab w:val="right" w:pos="10728"/>
        </w:tabs>
        <w:spacing w:before="30" w:line="293" w:lineRule="auto"/>
        <w:rPr>
          <w:color w:val="000000" w:themeColor="text1"/>
          <w:sz w:val="22"/>
          <w:szCs w:val="32"/>
        </w:rPr>
      </w:pPr>
      <w:proofErr w:type="spellStart"/>
      <w:r>
        <w:rPr>
          <w:b/>
          <w:color w:val="000000" w:themeColor="text1"/>
          <w:sz w:val="22"/>
          <w:szCs w:val="32"/>
        </w:rPr>
        <w:t>Newtonic</w:t>
      </w:r>
      <w:proofErr w:type="spellEnd"/>
      <w:r w:rsidR="001B28FF">
        <w:rPr>
          <w:b/>
          <w:color w:val="000000" w:themeColor="text1"/>
          <w:sz w:val="22"/>
          <w:szCs w:val="32"/>
        </w:rPr>
        <w:t xml:space="preserve"> </w:t>
      </w:r>
      <w:r w:rsidR="001B28FF" w:rsidRPr="001B28FF">
        <w:rPr>
          <w:bCs/>
          <w:color w:val="000000" w:themeColor="text1"/>
          <w:sz w:val="22"/>
          <w:szCs w:val="32"/>
        </w:rPr>
        <w:t>|</w:t>
      </w:r>
      <w:r w:rsidR="001B28FF">
        <w:rPr>
          <w:b/>
          <w:color w:val="000000" w:themeColor="text1"/>
          <w:sz w:val="22"/>
          <w:szCs w:val="32"/>
        </w:rPr>
        <w:t xml:space="preserve"> </w:t>
      </w:r>
      <w:r w:rsidRPr="00483BEF">
        <w:rPr>
          <w:i/>
          <w:color w:val="000000" w:themeColor="text1"/>
          <w:sz w:val="22"/>
          <w:szCs w:val="32"/>
        </w:rPr>
        <w:t xml:space="preserve">Founder &amp; </w:t>
      </w:r>
      <w:r w:rsidR="001B28FF">
        <w:rPr>
          <w:i/>
          <w:color w:val="000000" w:themeColor="text1"/>
          <w:sz w:val="22"/>
          <w:szCs w:val="32"/>
        </w:rPr>
        <w:t xml:space="preserve">ML </w:t>
      </w:r>
      <w:r w:rsidRPr="00483BEF">
        <w:rPr>
          <w:i/>
          <w:color w:val="000000" w:themeColor="text1"/>
          <w:sz w:val="22"/>
          <w:szCs w:val="32"/>
        </w:rPr>
        <w:t>Develope</w:t>
      </w:r>
      <w:r>
        <w:rPr>
          <w:i/>
          <w:color w:val="000000" w:themeColor="text1"/>
          <w:sz w:val="22"/>
          <w:szCs w:val="32"/>
        </w:rPr>
        <w:t>r</w:t>
      </w:r>
      <w:r w:rsidR="001B28FF">
        <w:rPr>
          <w:i/>
          <w:color w:val="000000" w:themeColor="text1"/>
          <w:sz w:val="22"/>
          <w:szCs w:val="32"/>
        </w:rPr>
        <w:t>; Klaus Startup Challenge</w:t>
      </w:r>
      <w:r w:rsidRPr="00E47B0A">
        <w:rPr>
          <w:color w:val="000000" w:themeColor="text1"/>
          <w:sz w:val="22"/>
          <w:szCs w:val="32"/>
        </w:rPr>
        <w:tab/>
      </w:r>
      <w:r w:rsidR="001B28FF">
        <w:rPr>
          <w:color w:val="000000" w:themeColor="text1"/>
          <w:sz w:val="22"/>
          <w:szCs w:val="32"/>
        </w:rPr>
        <w:t xml:space="preserve">Nov </w:t>
      </w:r>
      <w:r>
        <w:rPr>
          <w:color w:val="000000" w:themeColor="text1"/>
          <w:sz w:val="22"/>
          <w:szCs w:val="32"/>
        </w:rPr>
        <w:t>2025</w:t>
      </w:r>
      <w:r w:rsidR="001B28FF">
        <w:rPr>
          <w:color w:val="000000" w:themeColor="text1"/>
          <w:sz w:val="22"/>
          <w:szCs w:val="32"/>
        </w:rPr>
        <w:t xml:space="preserve"> – Jun </w:t>
      </w:r>
      <w:r>
        <w:rPr>
          <w:color w:val="000000" w:themeColor="text1"/>
          <w:sz w:val="22"/>
          <w:szCs w:val="32"/>
        </w:rPr>
        <w:t>2026</w:t>
      </w:r>
    </w:p>
    <w:p w14:paraId="7C2EE610" w14:textId="6CAEEC5A" w:rsidR="00B3358A" w:rsidRPr="00B3358A" w:rsidRDefault="00B3358A" w:rsidP="00592B6B">
      <w:pPr>
        <w:pStyle w:val="ListBullet"/>
        <w:spacing w:line="293" w:lineRule="auto"/>
        <w:ind w:left="317" w:hanging="202"/>
        <w:rPr>
          <w:color w:val="000000" w:themeColor="text1"/>
          <w:sz w:val="22"/>
          <w:szCs w:val="32"/>
        </w:rPr>
      </w:pPr>
      <w:r>
        <w:rPr>
          <w:color w:val="000000" w:themeColor="text1"/>
          <w:sz w:val="21"/>
          <w:szCs w:val="32"/>
        </w:rPr>
        <w:t>Built</w:t>
      </w:r>
      <w:r w:rsidRPr="00B3358A">
        <w:rPr>
          <w:color w:val="000000" w:themeColor="text1"/>
          <w:sz w:val="21"/>
          <w:szCs w:val="32"/>
        </w:rPr>
        <w:t xml:space="preserve"> a scientific computing startup</w:t>
      </w:r>
      <w:r>
        <w:rPr>
          <w:color w:val="000000" w:themeColor="text1"/>
          <w:sz w:val="21"/>
          <w:szCs w:val="32"/>
        </w:rPr>
        <w:t xml:space="preserve"> </w:t>
      </w:r>
      <w:r w:rsidRPr="00B3358A">
        <w:rPr>
          <w:color w:val="000000" w:themeColor="text1"/>
          <w:sz w:val="21"/>
          <w:szCs w:val="32"/>
        </w:rPr>
        <w:t>for the Klaus Startup Challenge focused on ML-optimized physics simulations</w:t>
      </w:r>
    </w:p>
    <w:p w14:paraId="2135667E" w14:textId="1577050D" w:rsidR="00AE1B72" w:rsidRPr="00E47B0A" w:rsidRDefault="00000000" w:rsidP="00592B6B">
      <w:pPr>
        <w:pStyle w:val="ListBullet"/>
        <w:spacing w:line="293" w:lineRule="auto"/>
        <w:ind w:left="317" w:hanging="202"/>
        <w:rPr>
          <w:color w:val="000000" w:themeColor="text1"/>
          <w:sz w:val="22"/>
          <w:szCs w:val="32"/>
        </w:rPr>
      </w:pPr>
      <w:r w:rsidRPr="00E47B0A">
        <w:rPr>
          <w:color w:val="000000" w:themeColor="text1"/>
          <w:sz w:val="21"/>
          <w:szCs w:val="32"/>
        </w:rPr>
        <w:t xml:space="preserve">Developed </w:t>
      </w:r>
      <w:r w:rsidR="00B3358A" w:rsidRPr="00B3358A">
        <w:rPr>
          <w:color w:val="000000" w:themeColor="text1"/>
          <w:sz w:val="21"/>
          <w:szCs w:val="32"/>
        </w:rPr>
        <w:t>graph neural network and LLM-based tools to improve simulation performance, scalability, and automated analysis</w:t>
      </w:r>
    </w:p>
    <w:p w14:paraId="46E180FA" w14:textId="194D5547" w:rsidR="00AE1B72" w:rsidRPr="00E47B0A" w:rsidRDefault="00000000" w:rsidP="00592B6B">
      <w:pPr>
        <w:tabs>
          <w:tab w:val="right" w:pos="10728"/>
        </w:tabs>
        <w:spacing w:before="30" w:line="293" w:lineRule="auto"/>
        <w:rPr>
          <w:color w:val="000000" w:themeColor="text1"/>
          <w:sz w:val="22"/>
          <w:szCs w:val="32"/>
        </w:rPr>
      </w:pPr>
      <w:proofErr w:type="spellStart"/>
      <w:r w:rsidRPr="00E47B0A">
        <w:rPr>
          <w:b/>
          <w:color w:val="000000" w:themeColor="text1"/>
          <w:sz w:val="22"/>
          <w:szCs w:val="32"/>
        </w:rPr>
        <w:t>CyberPatriot</w:t>
      </w:r>
      <w:proofErr w:type="spellEnd"/>
      <w:r w:rsidRPr="00E47B0A">
        <w:rPr>
          <w:b/>
          <w:color w:val="000000" w:themeColor="text1"/>
          <w:sz w:val="22"/>
          <w:szCs w:val="32"/>
        </w:rPr>
        <w:t xml:space="preserve"> Team Co-Captain</w:t>
      </w:r>
      <w:r w:rsidRPr="00E47B0A">
        <w:rPr>
          <w:color w:val="000000" w:themeColor="text1"/>
          <w:sz w:val="22"/>
          <w:szCs w:val="32"/>
        </w:rPr>
        <w:tab/>
      </w:r>
      <w:r w:rsidR="001B28FF">
        <w:rPr>
          <w:color w:val="000000" w:themeColor="text1"/>
          <w:sz w:val="22"/>
          <w:szCs w:val="32"/>
        </w:rPr>
        <w:t xml:space="preserve">Aug </w:t>
      </w:r>
      <w:r w:rsidRPr="00E47B0A">
        <w:rPr>
          <w:color w:val="000000" w:themeColor="text1"/>
          <w:sz w:val="22"/>
          <w:szCs w:val="32"/>
        </w:rPr>
        <w:t>2022</w:t>
      </w:r>
      <w:r w:rsidR="001B28FF">
        <w:rPr>
          <w:color w:val="000000" w:themeColor="text1"/>
          <w:sz w:val="22"/>
          <w:szCs w:val="32"/>
        </w:rPr>
        <w:t xml:space="preserve"> – May </w:t>
      </w:r>
      <w:r w:rsidRPr="00E47B0A">
        <w:rPr>
          <w:color w:val="000000" w:themeColor="text1"/>
          <w:sz w:val="22"/>
          <w:szCs w:val="32"/>
        </w:rPr>
        <w:t>2025</w:t>
      </w:r>
    </w:p>
    <w:p w14:paraId="541DC0A0" w14:textId="799A7985" w:rsidR="00AE1B72" w:rsidRPr="00E47B0A" w:rsidRDefault="00000000" w:rsidP="00592B6B">
      <w:pPr>
        <w:pStyle w:val="ListBullet"/>
        <w:spacing w:line="293" w:lineRule="auto"/>
        <w:ind w:left="317" w:hanging="202"/>
        <w:rPr>
          <w:color w:val="000000" w:themeColor="text1"/>
          <w:sz w:val="22"/>
          <w:szCs w:val="32"/>
        </w:rPr>
      </w:pPr>
      <w:r w:rsidRPr="00E47B0A">
        <w:rPr>
          <w:color w:val="000000" w:themeColor="text1"/>
          <w:sz w:val="21"/>
          <w:szCs w:val="32"/>
        </w:rPr>
        <w:t>Led team through Platinum Division national cybersecurity competitions securing and repairing systems</w:t>
      </w:r>
    </w:p>
    <w:p w14:paraId="147390BF" w14:textId="77777777" w:rsidR="00AE1B72" w:rsidRPr="00E47B0A" w:rsidRDefault="00000000" w:rsidP="00592B6B">
      <w:pPr>
        <w:pBdr>
          <w:bottom w:val="single" w:sz="6" w:space="1" w:color="9EADBC"/>
        </w:pBdr>
        <w:spacing w:before="80" w:after="30" w:line="293" w:lineRule="auto"/>
        <w:rPr>
          <w:color w:val="000000" w:themeColor="text1"/>
          <w:sz w:val="22"/>
          <w:szCs w:val="32"/>
        </w:rPr>
      </w:pPr>
      <w:r w:rsidRPr="00E47B0A">
        <w:rPr>
          <w:b/>
          <w:color w:val="000000" w:themeColor="text1"/>
          <w:sz w:val="22"/>
          <w:szCs w:val="32"/>
        </w:rPr>
        <w:t>AWARDS &amp; HONORS</w:t>
      </w:r>
    </w:p>
    <w:p w14:paraId="3084A1F7" w14:textId="3CE971DB" w:rsidR="00AE1B72" w:rsidRPr="00E47B0A" w:rsidRDefault="00D81ED2" w:rsidP="00DF5A75">
      <w:pPr>
        <w:pStyle w:val="ListBullet"/>
        <w:spacing w:line="293" w:lineRule="auto"/>
        <w:ind w:left="317" w:hanging="202"/>
        <w:rPr>
          <w:color w:val="000000" w:themeColor="text1"/>
          <w:sz w:val="22"/>
          <w:szCs w:val="32"/>
        </w:rPr>
      </w:pPr>
      <w:r w:rsidRPr="00E47B0A">
        <w:rPr>
          <w:color w:val="000000" w:themeColor="text1"/>
          <w:sz w:val="21"/>
          <w:szCs w:val="32"/>
        </w:rPr>
        <w:t xml:space="preserve">President's Undergraduate Research Award (PURA) Scholar; </w:t>
      </w:r>
      <w:r w:rsidR="00DF5A75" w:rsidRPr="00E47B0A">
        <w:rPr>
          <w:color w:val="000000" w:themeColor="text1"/>
          <w:sz w:val="21"/>
          <w:szCs w:val="32"/>
        </w:rPr>
        <w:t xml:space="preserve">REU Faculty Mentor Recognition for Outstanding </w:t>
      </w:r>
      <w:r w:rsidR="00996709" w:rsidRPr="00E47B0A">
        <w:rPr>
          <w:color w:val="000000" w:themeColor="text1"/>
          <w:sz w:val="21"/>
          <w:szCs w:val="32"/>
        </w:rPr>
        <w:t xml:space="preserve">Research </w:t>
      </w:r>
      <w:r w:rsidR="00DF5A75" w:rsidRPr="00E47B0A">
        <w:rPr>
          <w:color w:val="000000" w:themeColor="text1"/>
          <w:sz w:val="21"/>
          <w:szCs w:val="32"/>
        </w:rPr>
        <w:t>Contributions</w:t>
      </w:r>
      <w:r w:rsidR="00DF5A75" w:rsidRPr="00E47B0A">
        <w:rPr>
          <w:color w:val="000000" w:themeColor="text1"/>
          <w:sz w:val="22"/>
          <w:szCs w:val="32"/>
        </w:rPr>
        <w:t xml:space="preserve">; </w:t>
      </w:r>
      <w:r w:rsidRPr="00E47B0A">
        <w:rPr>
          <w:color w:val="000000" w:themeColor="text1"/>
          <w:sz w:val="21"/>
          <w:szCs w:val="32"/>
        </w:rPr>
        <w:t>National Merit Semifinalist; Purple Comet Math Competition, 2nd in State</w:t>
      </w:r>
    </w:p>
    <w:sectPr w:rsidR="00AE1B72" w:rsidRPr="00E47B0A" w:rsidSect="00034616">
      <w:pgSz w:w="12240" w:h="15840"/>
      <w:pgMar w:top="619" w:right="720" w:bottom="619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D6EE14C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92322769">
    <w:abstractNumId w:val="8"/>
  </w:num>
  <w:num w:numId="2" w16cid:durableId="1689332262">
    <w:abstractNumId w:val="6"/>
  </w:num>
  <w:num w:numId="3" w16cid:durableId="1886525567">
    <w:abstractNumId w:val="5"/>
  </w:num>
  <w:num w:numId="4" w16cid:durableId="916401387">
    <w:abstractNumId w:val="4"/>
  </w:num>
  <w:num w:numId="5" w16cid:durableId="38407406">
    <w:abstractNumId w:val="7"/>
  </w:num>
  <w:num w:numId="6" w16cid:durableId="407851660">
    <w:abstractNumId w:val="3"/>
  </w:num>
  <w:num w:numId="7" w16cid:durableId="1964382279">
    <w:abstractNumId w:val="2"/>
  </w:num>
  <w:num w:numId="8" w16cid:durableId="1008868791">
    <w:abstractNumId w:val="1"/>
  </w:num>
  <w:num w:numId="9" w16cid:durableId="666446437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7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5592"/>
    <w:rsid w:val="00030F84"/>
    <w:rsid w:val="00034616"/>
    <w:rsid w:val="0006063C"/>
    <w:rsid w:val="0007586F"/>
    <w:rsid w:val="0009606C"/>
    <w:rsid w:val="000A01F0"/>
    <w:rsid w:val="000C5F2A"/>
    <w:rsid w:val="00136A38"/>
    <w:rsid w:val="00147AB9"/>
    <w:rsid w:val="0015074B"/>
    <w:rsid w:val="001B28FF"/>
    <w:rsid w:val="001B7E61"/>
    <w:rsid w:val="00211B99"/>
    <w:rsid w:val="00246FC9"/>
    <w:rsid w:val="0029639D"/>
    <w:rsid w:val="002F1168"/>
    <w:rsid w:val="00304F06"/>
    <w:rsid w:val="00326F90"/>
    <w:rsid w:val="0034720D"/>
    <w:rsid w:val="00355D9C"/>
    <w:rsid w:val="00356F7A"/>
    <w:rsid w:val="003C3E02"/>
    <w:rsid w:val="003E148A"/>
    <w:rsid w:val="00483BEF"/>
    <w:rsid w:val="004F6854"/>
    <w:rsid w:val="005518CB"/>
    <w:rsid w:val="0058084B"/>
    <w:rsid w:val="00581A04"/>
    <w:rsid w:val="00592B6B"/>
    <w:rsid w:val="005C5795"/>
    <w:rsid w:val="005F1C67"/>
    <w:rsid w:val="00604A8A"/>
    <w:rsid w:val="0062393A"/>
    <w:rsid w:val="006338A5"/>
    <w:rsid w:val="00697712"/>
    <w:rsid w:val="006C38D6"/>
    <w:rsid w:val="006E64E6"/>
    <w:rsid w:val="006F77A0"/>
    <w:rsid w:val="00713C99"/>
    <w:rsid w:val="00763762"/>
    <w:rsid w:val="00845FEA"/>
    <w:rsid w:val="00865866"/>
    <w:rsid w:val="008B2EF8"/>
    <w:rsid w:val="008D4BB0"/>
    <w:rsid w:val="00911EA5"/>
    <w:rsid w:val="0094343F"/>
    <w:rsid w:val="00996709"/>
    <w:rsid w:val="009D4C3B"/>
    <w:rsid w:val="00A46085"/>
    <w:rsid w:val="00A72717"/>
    <w:rsid w:val="00AA1D8D"/>
    <w:rsid w:val="00AE1B72"/>
    <w:rsid w:val="00B3358A"/>
    <w:rsid w:val="00B47730"/>
    <w:rsid w:val="00B91C72"/>
    <w:rsid w:val="00BA1B13"/>
    <w:rsid w:val="00BB2D03"/>
    <w:rsid w:val="00BC0238"/>
    <w:rsid w:val="00C35E4E"/>
    <w:rsid w:val="00C94C1C"/>
    <w:rsid w:val="00CB0664"/>
    <w:rsid w:val="00D04ED6"/>
    <w:rsid w:val="00D5732A"/>
    <w:rsid w:val="00D80E83"/>
    <w:rsid w:val="00D81ED2"/>
    <w:rsid w:val="00D87278"/>
    <w:rsid w:val="00DB0CAC"/>
    <w:rsid w:val="00DF5A75"/>
    <w:rsid w:val="00E3798D"/>
    <w:rsid w:val="00E47B0A"/>
    <w:rsid w:val="00E7021A"/>
    <w:rsid w:val="00E77CDF"/>
    <w:rsid w:val="00F3179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CBCF791"/>
  <w14:defaultImageDpi w14:val="300"/>
  <w15:docId w15:val="{E72AC662-26C6-D44E-A971-DDEE94CA8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Aptos" w:eastAsia="Aptos" w:hAnsi="Aptos"/>
      <w:sz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407</Words>
  <Characters>2322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2724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Berol, Ben</cp:lastModifiedBy>
  <cp:revision>2</cp:revision>
  <cp:lastPrinted>2026-09-05T15:04:00Z</cp:lastPrinted>
  <dcterms:created xsi:type="dcterms:W3CDTF">2026-09-12T17:18:00Z</dcterms:created>
  <dcterms:modified xsi:type="dcterms:W3CDTF">2026-09-12T17:18:00Z</dcterms:modified>
  <cp:category/>
</cp:coreProperties>
</file>